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סמיכות ותאריכים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מספר לשם עצם (זכר/נקבה)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מספרים 11–19, מאות ואלפים ומספר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תאריכים וסמיכות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אחד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אחת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מאה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שלוש היא צורת הנקבה של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 הוא זכר, שתי הוא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ראשון, שני,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חיבור בין המספר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מאה היא 100, אלף הוא 1000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מספר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(שתי 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(שני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(שלוש 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(שלושה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(עשר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התאריך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היום בחודש במספר 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שם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את השנה במספר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עם התאמה נכונה של מספר זכר/נקבה, למשל: שני ילדים שיחקו, שלוש ילדות ציירו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זכר/נקבה לפי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שמספר סודר מראה סדר ולא 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שלושת הילדים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עם כרטיסי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במאות ואלפים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סמיכות ותאריכים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במילה עברית יש שני סוגים: זכר ונקבה. גם למספרים יש שתי צורות. בדף הזה נתרגל להתאים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שמתאים למילה זכר, למשל שלושה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שמתאים למילה נקבה, למשל שלוש ילדות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שתי מילים, כמו שלושת הילדים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שמראה סדר, כמו ראשון, שני, שלישי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100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1000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היום, החודש והשנה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למילה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למילה ילדות?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למילה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למילה מחברות?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המספר 11 בזכר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המספר 11 בנקבה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המספר 100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המספר 1000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אלפיים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שלוש מתאימה לשם עצם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שני מתאימה לשם עצם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מראה סדר ולא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הילדים היא דוגמה לסמיכות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100 נקרא אלף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ילדים משחקים בכדור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ילדות קוראות בספרייה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מחברות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בכיתה יש __________ ספרים על המדף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המספר הסודר של 1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מאה שנה נקראות __________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מספר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שלושה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 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עשר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שתי ילדות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כתיבת התאריך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השנה במספר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היום בחודש במספר סודר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עם מספרים שונים, והקפידו על התאמה נכונה בין המספר לשם העצם (זכר או נקבה)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במספר בצורת זכר ומתי בצורת 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רגיל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לסמיכות 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– זכר ונקבה, סמיכות ותאריכים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